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–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התפקיד של כל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המילה המתאימה לפי סוג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 - איזו מילה מתאימה?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שם תואר מתאר איך דבר נראה או מרגיש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חכם הוא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חלון הוא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קפץ מתארת 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 החכם קרא ספר - ילד (שם עצם), חכם (שם תואר), קרא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עצם הוא שם של דבר, ושם תואר מתאר איך הדבר נראה או מרגיש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- שם של דבר/אדם/מקום, עם דוגמה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- מתאר איך דבר נראה או מרגיש, עם דוגמה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- מתאר פעולה, עם דוגמה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עם דוגמאות מהכיתה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במיוחד עם 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חינוך מיוחד מומלץ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–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לזהות סוגים של מילים: שם עצם, שם תואר ופועל. נתרגל ביחד.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שהיא שם של דבר, אדם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הדבר נראה או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 שעושים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שיש בה מחשבה שלמה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למצוא ולדעת מה 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תפקיד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המילה עושה במשפט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 - איזו מילה מתאימה?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מתארת איך מישהו?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שם של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מתארת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היא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הוא מילה שמתארת 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הוא שם של דבר, אדם או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הוא מילה שמתארת פעולה שעושים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חכם היא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חלון היא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קפץ היא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ה__________ רץ מהר בחצר (שם תואר לחכם)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עומד בכיתה ומלמד (שם עצם)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הילדה __________ בכדור במגרש (פועל)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הגדול נמצא ליד הבית (שם עצם)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הכלב ה__________ נבח בלילה (שם תואר)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שם עצם, שם תואר ופועל, וסמנו כל מילה בסוג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שם עצם לשם תואר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שם עצם?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שם תואר?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פועל?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–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