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–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המילה המתאימה לפי סוג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איזו מילה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תואר מתאר איך דבר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חכם הוא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חלון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קפץ מתארת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החכם קרא ספר - ילד (שם עצם), חכם (שם תואר), קרא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הוא שם של דבר, ושם תואר מתאר איך הדבר נראה או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- שם של דבר/אדם/מקום,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- מתאר איך דבר נראה או מרגיש,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- מתאר פעולה,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דוגמאות מהכיתה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–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בתחנת חלקי הדיבר לומדים להבחין בין סוגי מילים שונים בעברית. בדף הזה נתרגל זיהוי של שם עצם, שם תואר ופועל, בדיוק כמו במשחק הנבט.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איזו מילה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שם של דבר, אדם או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הוא מילה שמתארת פעולה שעושים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חכם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חלון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קפץ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ה__________ רץ מהר בחצר (שם תואר לחכם)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עומד בכיתה ומלמד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__________ בכדור במגרש (פועל)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הגדול נמצא ליד הבית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 ה__________ נבח בלילה (שם תואר)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שם תואר ופועל, וסמנו כל מילה בסוג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שם עצם?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פועל?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–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